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D7B" w:rsidRPr="00723322" w:rsidRDefault="005648C1" w:rsidP="002E7C15">
      <w:pPr>
        <w:jc w:val="center"/>
        <w:rPr>
          <w:b/>
          <w:lang w:val="ru-RU"/>
        </w:rPr>
      </w:pPr>
      <w:r w:rsidRPr="00723322">
        <w:rPr>
          <w:b/>
          <w:lang w:val="ru-RU"/>
        </w:rPr>
        <w:t>Лабораторная работа №2</w:t>
      </w:r>
    </w:p>
    <w:p w:rsidR="00A93D7B" w:rsidRPr="00723322" w:rsidRDefault="005648C1" w:rsidP="002E7C15">
      <w:pPr>
        <w:jc w:val="center"/>
        <w:rPr>
          <w:b/>
          <w:lang w:val="ru-RU"/>
        </w:rPr>
      </w:pPr>
      <w:r w:rsidRPr="00723322">
        <w:rPr>
          <w:b/>
          <w:lang w:val="ru-RU"/>
        </w:rPr>
        <w:t>«Разработка и оформление технического задания»</w:t>
      </w:r>
    </w:p>
    <w:p w:rsidR="00A93D7B" w:rsidRPr="00723322" w:rsidRDefault="005648C1" w:rsidP="002E7C15">
      <w:pPr>
        <w:ind w:firstLine="0"/>
        <w:jc w:val="right"/>
        <w:rPr>
          <w:rFonts w:cs="Times New Roman"/>
          <w:b/>
          <w:szCs w:val="28"/>
          <w:lang w:val="ru-RU"/>
        </w:rPr>
      </w:pPr>
      <w:r w:rsidRPr="00723322">
        <w:rPr>
          <w:rFonts w:cs="Times New Roman"/>
          <w:b/>
          <w:szCs w:val="28"/>
          <w:lang w:val="ru-RU"/>
        </w:rPr>
        <w:t xml:space="preserve">Выполнил: </w:t>
      </w:r>
      <w:r w:rsidR="002E7C15" w:rsidRPr="00723322">
        <w:rPr>
          <w:rFonts w:cs="Times New Roman"/>
          <w:b/>
          <w:szCs w:val="28"/>
          <w:lang w:val="ru-RU"/>
        </w:rPr>
        <w:t>Михеев Илья</w:t>
      </w:r>
    </w:p>
    <w:p w:rsidR="00A93D7B" w:rsidRPr="00723322" w:rsidRDefault="005648C1" w:rsidP="00723322">
      <w:pPr>
        <w:ind w:firstLine="0"/>
        <w:rPr>
          <w:b/>
          <w:lang w:val="ru-RU"/>
        </w:rPr>
      </w:pPr>
      <w:r w:rsidRPr="00723322">
        <w:rPr>
          <w:b/>
          <w:lang w:val="ru-RU"/>
        </w:rPr>
        <w:t>Цель работы</w:t>
      </w:r>
      <w:r w:rsidR="00723322">
        <w:rPr>
          <w:b/>
          <w:lang w:val="ru-RU"/>
        </w:rPr>
        <w:t xml:space="preserve">: </w:t>
      </w:r>
      <w:r w:rsidRPr="002E7C15">
        <w:rPr>
          <w:rFonts w:cs="Times New Roman"/>
          <w:szCs w:val="28"/>
          <w:lang w:val="ru-RU"/>
        </w:rPr>
        <w:t>Изучить назначение, структуру и основные правила оформления технического задания на разработку программного</w:t>
      </w:r>
      <w:r w:rsidR="00723322">
        <w:rPr>
          <w:rFonts w:cs="Times New Roman"/>
          <w:szCs w:val="28"/>
          <w:lang w:val="ru-RU"/>
        </w:rPr>
        <w:t xml:space="preserve"> обеспечения.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Задание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На основе предметной области, рассмотренной в лабораторной работе №1 «Анализ пред</w:t>
      </w:r>
      <w:r w:rsidRPr="002E7C15">
        <w:rPr>
          <w:rFonts w:cs="Times New Roman"/>
          <w:szCs w:val="28"/>
          <w:lang w:val="ru-RU"/>
        </w:rPr>
        <w:t>метной области», разработать техническое задание на создание программного приложения.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Выбранная предметная область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Система управления складом.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Программная система предназначена для отслеживания перемещения товаров на складе: приёма, расхода и перемещения н</w:t>
      </w:r>
      <w:r w:rsidRPr="002E7C15">
        <w:rPr>
          <w:rFonts w:cs="Times New Roman"/>
          <w:szCs w:val="28"/>
          <w:lang w:val="ru-RU"/>
        </w:rPr>
        <w:t>а другой склад. Система также должна обеспечивать учёт характеристик товаров, включая срок годности и количество, а также формирование отчётов для анализа состояния товаров и дальнейшего планирования действий в компании.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Название разрабатываемого программн</w:t>
      </w:r>
      <w:r w:rsidRPr="002E7C15">
        <w:rPr>
          <w:rFonts w:ascii="Times New Roman" w:hAnsi="Times New Roman" w:cs="Times New Roman"/>
          <w:lang w:val="ru-RU"/>
        </w:rPr>
        <w:t>ого продукта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Информационная система управления складом «Склад-Учет».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lastRenderedPageBreak/>
        <w:t>Техническое задание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1. Общие сведения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Наименование программного продукта: информационная система управления складом «Склад-Учет».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Краткое описание системы: программное приложение предназн</w:t>
      </w:r>
      <w:r w:rsidRPr="002E7C15">
        <w:rPr>
          <w:rFonts w:cs="Times New Roman"/>
          <w:szCs w:val="28"/>
          <w:lang w:val="ru-RU"/>
        </w:rPr>
        <w:t>ачено для автоматизации складского учёта, контроля движения товаров, управления остатками, обработки заказов, проведения инвентаризации, оформления списаний и формирования аналитической отчётности.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Система должна объединять информацию о товарах, складских </w:t>
      </w:r>
      <w:r w:rsidRPr="002E7C15">
        <w:rPr>
          <w:rFonts w:cs="Times New Roman"/>
          <w:szCs w:val="28"/>
          <w:lang w:val="ru-RU"/>
        </w:rPr>
        <w:t>ячейках, партиях, остатках, накладных и сотрудниках в единой базе данных.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2. Назначение и цели создания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Назначение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Система предназначена для автоматизации деятельности склада в части приёмки, хранения, перемещения, резервирования, сборки и отгрузки товаров</w:t>
      </w:r>
      <w:r w:rsidRPr="002E7C15">
        <w:rPr>
          <w:rFonts w:cs="Times New Roman"/>
          <w:szCs w:val="28"/>
          <w:lang w:val="ru-RU"/>
        </w:rPr>
        <w:t>, а также контроля складских остатков и формирования отчётности.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Система должна обеспечить единое информационное пространство для сотрудников, работающих со складскими операциями.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Цели разработки</w:t>
      </w:r>
    </w:p>
    <w:p w:rsidR="00A93D7B" w:rsidRPr="00AF5253" w:rsidRDefault="005648C1" w:rsidP="00AF5253">
      <w:pPr>
        <w:pStyle w:val="ae"/>
        <w:numPr>
          <w:ilvl w:val="0"/>
          <w:numId w:val="13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Автоматизация учёта остатков товаров и отказ от ведения ра</w:t>
      </w:r>
      <w:r w:rsidRPr="00AF5253">
        <w:rPr>
          <w:rFonts w:cs="Times New Roman"/>
          <w:szCs w:val="28"/>
          <w:lang w:val="ru-RU"/>
        </w:rPr>
        <w:t>зрозненных таблиц.</w:t>
      </w:r>
    </w:p>
    <w:p w:rsidR="00A93D7B" w:rsidRPr="00AF5253" w:rsidRDefault="005648C1" w:rsidP="00AF5253">
      <w:pPr>
        <w:pStyle w:val="ae"/>
        <w:numPr>
          <w:ilvl w:val="0"/>
          <w:numId w:val="11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Снижение количества ошибок при размещении и подборе товаров за счёт хранения информации о местах расположения товаров.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Исключение дублирования заявок и двойного резервирования одного остатка.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Обеспечение контроля текущего статуса з</w:t>
      </w:r>
      <w:r w:rsidRPr="00AF5253">
        <w:rPr>
          <w:rFonts w:cs="Times New Roman"/>
          <w:szCs w:val="28"/>
          <w:lang w:val="ru-RU"/>
        </w:rPr>
        <w:t>аказа на всех основных этапах его обработки.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Автоматизация проведения инвентаризации и фиксации расхождений между фактическими и учётными остатками.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Автоматизация формирования отчётов об остатках, движении товаров, загрузке склада и оборачиваемости.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3.</w:t>
      </w:r>
      <w:r w:rsidRPr="002E7C15">
        <w:rPr>
          <w:rFonts w:ascii="Times New Roman" w:hAnsi="Times New Roman" w:cs="Times New Roman"/>
          <w:lang w:val="ru-RU"/>
        </w:rPr>
        <w:t xml:space="preserve"> Характеристика пользователей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1. Менеджер по продажам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Основные действия: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просмотр текущих остатков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поиск необходимой номенклатуры;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просмотр характеристик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получение информации о наличии и сроках годности;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просмотр статуса </w:t>
      </w:r>
      <w:r w:rsidRPr="00AF5253">
        <w:rPr>
          <w:rFonts w:cs="Times New Roman"/>
          <w:szCs w:val="28"/>
          <w:lang w:val="ru-RU"/>
        </w:rPr>
        <w:t>заказов;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получение информации о нехватке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использование отчётов для планирования работы с клиентами.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2. Заведующий складом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Основные действия: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контроль всех складских операций;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управление приёмкой и отгрузкой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контроль перемещения </w:t>
      </w:r>
      <w:r w:rsidRPr="00AF5253">
        <w:rPr>
          <w:rFonts w:cs="Times New Roman"/>
          <w:szCs w:val="28"/>
          <w:lang w:val="ru-RU"/>
        </w:rPr>
        <w:t>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распределение задач между сотрудниками;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контроль выполнения заказов;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проведение и контроль инвентаризации;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просмотр отчётности;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утверждение складских документов;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контроль списаний и расхождений.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3. Кладовщик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Основные действия: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приёмка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проверка поставок по накладным;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размещение товаров по складским ячейкам;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сканирование штрихкодов;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сборка заказов;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оформление внутренних перемещений;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подготовка товаров к отгрузке;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участие в инвентаризации;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оформление </w:t>
      </w:r>
      <w:r w:rsidRPr="00AF5253">
        <w:rPr>
          <w:rFonts w:cs="Times New Roman"/>
          <w:szCs w:val="28"/>
          <w:lang w:val="ru-RU"/>
        </w:rPr>
        <w:t>информации о выявленных расхождениях.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4. Бухгалтер / финансовый отдел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Основные действия: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просмотр информации о движении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сверка складских данных;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просмотр приходных и расходных документов;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контроль списаний;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отчётности, необх</w:t>
      </w:r>
      <w:r w:rsidRPr="00AF5253">
        <w:rPr>
          <w:rFonts w:cs="Times New Roman"/>
          <w:szCs w:val="28"/>
          <w:lang w:val="ru-RU"/>
        </w:rPr>
        <w:t>одимой для финансового учёта.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5. Администратор системы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Основные действия: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создание и блокировка учётных записей;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назначение ролей пользователям;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настройка прав доступа;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управление справочниками;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контроль корректности работы системы.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4. Требования</w:t>
      </w:r>
      <w:r w:rsidRPr="002E7C15">
        <w:rPr>
          <w:rFonts w:ascii="Times New Roman" w:hAnsi="Times New Roman" w:cs="Times New Roman"/>
          <w:lang w:val="ru-RU"/>
        </w:rPr>
        <w:t xml:space="preserve"> к программной системе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4.1. Функциональные требования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«Пользователи и роли»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регистрацию и управление учётными записями сотрудников;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авторизацию пользователей;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разграничение прав доступа в зависимости от роли;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привязку выполненных действий к </w:t>
      </w:r>
      <w:r w:rsidRPr="00AF5253">
        <w:rPr>
          <w:rFonts w:cs="Times New Roman"/>
          <w:szCs w:val="28"/>
          <w:lang w:val="ru-RU"/>
        </w:rPr>
        <w:t>конкретному пользователю;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возможность изменения и блокировки учётных записей.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«Номенклатура»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добавление новых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редактирование информации о товарах;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удаление или деактивацию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поиск товаров по названию, артикулу и штрихкоду;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хранение характеристик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единицы измерения, веса и габаритов товара.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«Приёмка товара»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регистрацию приходной накладной;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добавление товаров из накладной;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проверку соответствия фактически поступившего товара данным </w:t>
      </w:r>
      <w:r w:rsidRPr="00AF5253">
        <w:rPr>
          <w:rFonts w:cs="Times New Roman"/>
          <w:szCs w:val="28"/>
          <w:lang w:val="ru-RU"/>
        </w:rPr>
        <w:t>накладной;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регистрацию количества поступившего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фиксацию партии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указание срока годности;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размещение товара в складских ячейках;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изменение остатков после завершения приёмки.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«Хранение и складские ячейки»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ведение справочника</w:t>
      </w:r>
      <w:r w:rsidRPr="00AF5253">
        <w:rPr>
          <w:rFonts w:cs="Times New Roman"/>
          <w:szCs w:val="28"/>
          <w:lang w:val="ru-RU"/>
        </w:rPr>
        <w:t xml:space="preserve"> складских ячеек;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расположения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хранение информации о зоне, стеллаже и уровне;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свободного и занятого пространства;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поиск места хранения конкретного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фиксацию перемещения товара между ячейками.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 xml:space="preserve">Модуль «Заказы </w:t>
      </w:r>
      <w:r w:rsidRPr="002E7C15">
        <w:rPr>
          <w:rFonts w:ascii="Times New Roman" w:hAnsi="Times New Roman" w:cs="Times New Roman"/>
          <w:szCs w:val="28"/>
          <w:lang w:val="ru-RU"/>
        </w:rPr>
        <w:t>и резервирование»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регистрацию заказа;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перечня необходимых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проверку наличия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автоматическое резервирование доступного количества;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предотвращение повторного резервирования одного и того же остатка;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формирование </w:t>
      </w:r>
      <w:r w:rsidRPr="00AF5253">
        <w:rPr>
          <w:rFonts w:cs="Times New Roman"/>
          <w:szCs w:val="28"/>
          <w:lang w:val="ru-RU"/>
        </w:rPr>
        <w:t>задания на сборку;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текущего статуса заказа.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«Сборка заказа»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задания для сборщика;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списка товаров, необходимых для заказа;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отображение мест хранения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маршрута по складским ячейкам;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подтверждение отбора товара;</w:t>
      </w:r>
    </w:p>
    <w:p w:rsidR="00A93D7B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изменение статуса заказа после завершения сборки.</w:t>
      </w:r>
    </w:p>
    <w:p w:rsidR="001836C3" w:rsidRPr="001836C3" w:rsidRDefault="001836C3" w:rsidP="001836C3">
      <w:pPr>
        <w:ind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/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lastRenderedPageBreak/>
        <w:t>Модуль «Перемещение»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оформление внутреннего перемещения;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указание исходной ячейки;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указание конечной ячейки;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указание количества перемещаемого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автоматическо</w:t>
      </w:r>
      <w:r w:rsidRPr="00AF5253">
        <w:rPr>
          <w:rFonts w:cs="Times New Roman"/>
          <w:szCs w:val="28"/>
          <w:lang w:val="ru-RU"/>
        </w:rPr>
        <w:t>е изменение складских остатков;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сохранение истории перемещений.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«Отгрузка»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расходной накладной;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проверку состава заказа перед отгрузкой;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списание отгруженного товара с доступного остатка;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изменение статуса заказа;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сохранение</w:t>
      </w:r>
      <w:r w:rsidRPr="00AF5253">
        <w:rPr>
          <w:rFonts w:cs="Times New Roman"/>
          <w:szCs w:val="28"/>
          <w:lang w:val="ru-RU"/>
        </w:rPr>
        <w:t xml:space="preserve"> информации об отгрузке.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«Списание»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оформление списания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указание причины списания;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возможность указания испорченного, просроченного или бракованного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фиксацию количества списанного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изменение складских остатков;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формирование акта списания.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«Инвентаризация»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создание инвентаризации;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фиксацию фактического количества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сравнение фактического и учётного количества;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автоматическое определение расхождений;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сохранение результатов инвентаризации;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формирование документов по выявленным расхождениям.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«Отчётность»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текущим остаткам;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движению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истории операций;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загрузке складских ячеек;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оборачиваемости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списани</w:t>
      </w:r>
      <w:r w:rsidRPr="00AF5253">
        <w:rPr>
          <w:rFonts w:cs="Times New Roman"/>
          <w:szCs w:val="28"/>
          <w:lang w:val="ru-RU"/>
        </w:rPr>
        <w:t>ям;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отчёта по результатам инвентаризации.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Модуль «Уведомления»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нехватке товара;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изменении статуса заказа;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выявленных расхождениях при инвентаризации;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необходимости выполнения складской операции;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возникновении ошибок при обработке операции.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4.2.</w:t>
      </w:r>
      <w:r w:rsidRPr="002E7C15">
        <w:rPr>
          <w:rFonts w:ascii="Times New Roman" w:hAnsi="Times New Roman" w:cs="Times New Roman"/>
          <w:szCs w:val="28"/>
          <w:lang w:val="ru-RU"/>
        </w:rPr>
        <w:t xml:space="preserve"> Нефункциональные требования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Требования к производительности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Время отклика основных операций системы не должно превышать 3 секунд при штатной нагрузке.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Поиск товара по названию, артикулу или штрихкоду должен выполняться не более чем за 2 секунды.</w:t>
      </w:r>
    </w:p>
    <w:p w:rsidR="001836C3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Система </w:t>
      </w:r>
      <w:r w:rsidRPr="002E7C15">
        <w:rPr>
          <w:rFonts w:cs="Times New Roman"/>
          <w:szCs w:val="28"/>
          <w:lang w:val="ru-RU"/>
        </w:rPr>
        <w:t xml:space="preserve">должна поддерживать не менее </w:t>
      </w:r>
      <w:r w:rsidR="00983DAE" w:rsidRPr="00983DAE">
        <w:rPr>
          <w:rFonts w:cs="Times New Roman"/>
          <w:szCs w:val="28"/>
          <w:lang w:val="ru-RU"/>
        </w:rPr>
        <w:t>10</w:t>
      </w:r>
      <w:bookmarkStart w:id="0" w:name="_GoBack"/>
      <w:bookmarkEnd w:id="0"/>
      <w:r w:rsidRPr="002E7C15">
        <w:rPr>
          <w:rFonts w:cs="Times New Roman"/>
          <w:szCs w:val="28"/>
          <w:lang w:val="ru-RU"/>
        </w:rPr>
        <w:t>0 одновременных пользовательских сессий без существенного снижения производительности.</w:t>
      </w:r>
    </w:p>
    <w:p w:rsidR="00A93D7B" w:rsidRPr="002E7C15" w:rsidRDefault="001836C3" w:rsidP="001836C3">
      <w:pPr>
        <w:spacing w:line="276" w:lineRule="auto"/>
        <w:ind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lastRenderedPageBreak/>
        <w:t>Требования к безопасности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авторизацию пользователей;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разграничение прав доступа;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хранение паролей пользователей в защищённом виде;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запрет доступа пользователя к функциям, не предусмотренным его ролью;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регистрацию значимых действий пользователей;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защиту передаваемых данных.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Требования к надёжности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При возникновении ошибки система не должна приводить к потере уже сохранённых данных.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Операции изменения складских остатков должны выполняться с сохранением согласованности данных.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История операций должна сохраняться для последующего контроля.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Требования к удобству использования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Основные операции должны выполняться без необходимости перехода между </w:t>
      </w:r>
      <w:r w:rsidR="002D322B">
        <w:rPr>
          <w:rFonts w:cs="Times New Roman"/>
          <w:szCs w:val="28"/>
          <w:lang w:val="ru-RU"/>
        </w:rPr>
        <w:t>более чем тремя</w:t>
      </w:r>
      <w:r w:rsidRPr="002E7C15">
        <w:rPr>
          <w:rFonts w:cs="Times New Roman"/>
          <w:szCs w:val="28"/>
          <w:lang w:val="ru-RU"/>
        </w:rPr>
        <w:t xml:space="preserve"> </w:t>
      </w:r>
      <w:r w:rsidRPr="002E7C15">
        <w:rPr>
          <w:rFonts w:cs="Times New Roman"/>
          <w:szCs w:val="28"/>
          <w:lang w:val="ru-RU"/>
        </w:rPr>
        <w:t>страниц</w:t>
      </w:r>
      <w:r w:rsidR="002D322B">
        <w:rPr>
          <w:rFonts w:cs="Times New Roman"/>
          <w:szCs w:val="28"/>
          <w:lang w:val="ru-RU"/>
        </w:rPr>
        <w:t>ами</w:t>
      </w:r>
      <w:r w:rsidRPr="002E7C15">
        <w:rPr>
          <w:rFonts w:cs="Times New Roman"/>
          <w:szCs w:val="28"/>
          <w:lang w:val="ru-RU"/>
        </w:rPr>
        <w:t>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При некорректном вводе данных система должна отображать сообщение с указанием ошибки.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Требования к совместимости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Система должна </w:t>
      </w:r>
      <w:r w:rsidRPr="002E7C15">
        <w:rPr>
          <w:rFonts w:cs="Times New Roman"/>
          <w:szCs w:val="28"/>
          <w:lang w:val="ru-RU"/>
        </w:rPr>
        <w:t>работать в современных версиях основных веб-браузеров</w:t>
      </w:r>
      <w:r w:rsidR="002D322B">
        <w:rPr>
          <w:rFonts w:cs="Times New Roman"/>
          <w:szCs w:val="28"/>
          <w:lang w:val="ru-RU"/>
        </w:rPr>
        <w:t xml:space="preserve"> (</w:t>
      </w:r>
      <w:r w:rsidR="002D322B">
        <w:rPr>
          <w:rFonts w:cs="Times New Roman"/>
          <w:szCs w:val="28"/>
        </w:rPr>
        <w:t>chrome</w:t>
      </w:r>
      <w:r w:rsidR="002D322B" w:rsidRPr="002D322B">
        <w:rPr>
          <w:rFonts w:cs="Times New Roman"/>
          <w:szCs w:val="28"/>
          <w:lang w:val="ru-RU"/>
        </w:rPr>
        <w:t xml:space="preserve">, </w:t>
      </w:r>
      <w:r w:rsidR="002D322B">
        <w:rPr>
          <w:rFonts w:cs="Times New Roman"/>
          <w:szCs w:val="28"/>
        </w:rPr>
        <w:t>firefox</w:t>
      </w:r>
      <w:r w:rsidR="002D322B" w:rsidRPr="002D322B">
        <w:rPr>
          <w:rFonts w:cs="Times New Roman"/>
          <w:szCs w:val="28"/>
          <w:lang w:val="ru-RU"/>
        </w:rPr>
        <w:t xml:space="preserve">, </w:t>
      </w:r>
      <w:r w:rsidR="002D322B">
        <w:rPr>
          <w:rFonts w:cs="Times New Roman"/>
          <w:szCs w:val="28"/>
        </w:rPr>
        <w:t>safari</w:t>
      </w:r>
      <w:r w:rsidR="002D322B">
        <w:rPr>
          <w:rFonts w:cs="Times New Roman"/>
          <w:szCs w:val="28"/>
          <w:lang w:val="ru-RU"/>
        </w:rPr>
        <w:t>)</w:t>
      </w:r>
      <w:r w:rsidRPr="002E7C15">
        <w:rPr>
          <w:rFonts w:cs="Times New Roman"/>
          <w:szCs w:val="28"/>
          <w:lang w:val="ru-RU"/>
        </w:rPr>
        <w:t>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Интерфейс должен адаптироваться к различным размерам экранов компьютеров и планшетов.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lastRenderedPageBreak/>
        <w:t>4.3. Требования к данным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Пользователи и сотрудники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</w:rPr>
        <w:t>ID</w:t>
      </w:r>
      <w:r w:rsidRPr="00AF5253">
        <w:rPr>
          <w:rFonts w:cs="Times New Roman"/>
          <w:szCs w:val="28"/>
          <w:lang w:val="ru-RU"/>
        </w:rPr>
        <w:t xml:space="preserve"> сотрудника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ФИО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должность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роль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контактные данные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данные учётной записи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права доступа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Товар / Номенклатура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</w:rPr>
        <w:t>ID</w:t>
      </w:r>
      <w:r w:rsidRPr="00AF5253">
        <w:rPr>
          <w:rFonts w:cs="Times New Roman"/>
          <w:szCs w:val="28"/>
          <w:lang w:val="ru-RU"/>
        </w:rPr>
        <w:t xml:space="preserve"> товара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артикул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наименование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категорию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единицу измерения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вес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габариты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штрихкод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описание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Складская ячейка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</w:t>
      </w:r>
      <w:r w:rsidRPr="002E7C15">
        <w:rPr>
          <w:rFonts w:cs="Times New Roman"/>
          <w:b/>
          <w:szCs w:val="28"/>
          <w:lang w:val="ru-RU"/>
        </w:rPr>
        <w:t>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</w:rPr>
        <w:t>ID</w:t>
      </w:r>
      <w:r w:rsidRPr="00AF5253">
        <w:rPr>
          <w:rFonts w:cs="Times New Roman"/>
          <w:szCs w:val="28"/>
          <w:lang w:val="ru-RU"/>
        </w:rPr>
        <w:t xml:space="preserve"> ячейки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номер ячейки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зону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стеллаж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уровень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вместимость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тип хранения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текущую загрузку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Партия товара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номер партии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товар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поставщика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 поступления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срок годности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Остаток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 xml:space="preserve">Система должна </w:t>
      </w:r>
      <w:r w:rsidRPr="002E7C15">
        <w:rPr>
          <w:rFonts w:cs="Times New Roman"/>
          <w:b/>
          <w:szCs w:val="28"/>
          <w:lang w:val="ru-RU"/>
        </w:rPr>
        <w:t>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товар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складскую ячейку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партию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статус остатка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зарезервированное количество</w:t>
      </w:r>
    </w:p>
    <w:p w:rsidR="001836C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доступное количество</w:t>
      </w:r>
    </w:p>
    <w:p w:rsidR="00A93D7B" w:rsidRPr="001836C3" w:rsidRDefault="001836C3" w:rsidP="001836C3">
      <w:pPr>
        <w:spacing w:line="276" w:lineRule="auto"/>
        <w:ind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lastRenderedPageBreak/>
        <w:t>Приходная накладная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номер документа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поставщика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список товаров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статус </w:t>
      </w:r>
      <w:r w:rsidRPr="00AF5253">
        <w:rPr>
          <w:rFonts w:cs="Times New Roman"/>
          <w:szCs w:val="28"/>
          <w:lang w:val="ru-RU"/>
        </w:rPr>
        <w:t>документа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ответственного сотрудника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Расходная накладная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номер документа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получателя или клиента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список товаров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статус документа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ответственного сотрудника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Заказ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</w:rPr>
        <w:t>ID</w:t>
      </w:r>
      <w:r w:rsidRPr="00AF5253">
        <w:rPr>
          <w:rFonts w:cs="Times New Roman"/>
          <w:szCs w:val="28"/>
          <w:lang w:val="ru-RU"/>
        </w:rPr>
        <w:t xml:space="preserve"> заказа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 создания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заказчика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список товаров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 товаров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зарезервированное количество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статус заказа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ответственного сотрудника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 отгрузки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История операций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b/>
          <w:szCs w:val="28"/>
          <w:lang w:val="ru-RU"/>
        </w:rPr>
        <w:t>Система должна хранить: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тип операции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дату и время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пользователя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товар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</w:t>
      </w:r>
      <w:r w:rsidRPr="00AF5253">
        <w:rPr>
          <w:rFonts w:cs="Times New Roman"/>
          <w:szCs w:val="28"/>
          <w:lang w:val="ru-RU"/>
        </w:rPr>
        <w:t>ество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исходное место хранения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конечное место хранения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результат операции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4.4. Требования к интерфейсу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Интерфейс системы должен быть выполнен в едином стиле.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Основными разделами интерфейса должны являться: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«Главная»;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«Товары»;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«Склад»;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«Заказы»;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«Приёмка»;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«Перемещения»;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«Отгрузка»;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«Списание»;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«Инвентаризация»;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«Отчёты»;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«Пользователи».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На главном экране должна отображаться основная информация о состоянии склада: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количество товаров;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текущие остатки;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заказы в работе;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товары с низким остатком;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товары с истекающим сроком годности;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последние складские операции.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Должна присутствовать поисковая строка для быстрого поиска товаров.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Для операций с товарами желательно предусмотреть возможность использования штрихкода.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Оши</w:t>
      </w:r>
      <w:r w:rsidRPr="002E7C15">
        <w:rPr>
          <w:rFonts w:cs="Times New Roman"/>
          <w:szCs w:val="28"/>
          <w:lang w:val="ru-RU"/>
        </w:rPr>
        <w:t>бки ввода должны отображаться непосредственно рядом с соответствующим полем или в виде информационного сообщения.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Навигация должна быть понятной и доступной пользователю в зависимости от его роли.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Интерфейс должен корректно отображаться на экранах различны</w:t>
      </w:r>
      <w:r w:rsidRPr="002E7C15">
        <w:rPr>
          <w:rFonts w:cs="Times New Roman"/>
          <w:szCs w:val="28"/>
          <w:lang w:val="ru-RU"/>
        </w:rPr>
        <w:t>х размеров, при этом элементы не должны выходить за границы экрана или перекрывать друг друга.</w:t>
      </w:r>
    </w:p>
    <w:p w:rsidR="00A93D7B" w:rsidRPr="002E7C15" w:rsidRDefault="005648C1" w:rsidP="002E7C15">
      <w:pPr>
        <w:pStyle w:val="2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4.5. Ограничения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Технические ограничения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Система должна реализовываться как веб-приложение.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 xml:space="preserve">Серверная часть системы должна обеспечивать обработку запросов </w:t>
      </w:r>
      <w:r w:rsidRPr="00AF5253">
        <w:rPr>
          <w:rFonts w:cs="Times New Roman"/>
          <w:szCs w:val="28"/>
          <w:lang w:val="ru-RU"/>
        </w:rPr>
        <w:t>пользователей и работу с базой данных.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lastRenderedPageBreak/>
        <w:t>Для хранения информации должна использоваться реляционная база данных.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Система должна обеспечивать возможность резервного копирования базы данных.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При необходимости система должна иметь возможность дальнейшего п</w:t>
      </w:r>
      <w:r w:rsidRPr="00AF5253">
        <w:rPr>
          <w:rFonts w:cs="Times New Roman"/>
          <w:szCs w:val="28"/>
          <w:lang w:val="ru-RU"/>
        </w:rPr>
        <w:t>одключения к бухгалтерской системе 1С.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Организационные ограничения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Доступ сотрудников к системе должен предоставляться в соответствии с их должностными обязанностями.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Права пользователей должны определяться назначенной ролью.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Изменение критически важ</w:t>
      </w:r>
      <w:r w:rsidRPr="00AF5253">
        <w:rPr>
          <w:rFonts w:cs="Times New Roman"/>
          <w:szCs w:val="28"/>
          <w:lang w:val="ru-RU"/>
        </w:rPr>
        <w:t>ных данных должно выполняться только пользователями с соответствующими правами доступа.</w:t>
      </w:r>
    </w:p>
    <w:p w:rsidR="00A93D7B" w:rsidRPr="00AF5253" w:rsidRDefault="005648C1" w:rsidP="00AF5253">
      <w:pPr>
        <w:pStyle w:val="ae"/>
        <w:numPr>
          <w:ilvl w:val="0"/>
          <w:numId w:val="12"/>
        </w:numPr>
        <w:rPr>
          <w:rFonts w:cs="Times New Roman"/>
          <w:szCs w:val="28"/>
          <w:lang w:val="ru-RU"/>
        </w:rPr>
      </w:pPr>
      <w:r w:rsidRPr="00AF5253">
        <w:rPr>
          <w:rFonts w:cs="Times New Roman"/>
          <w:szCs w:val="28"/>
          <w:lang w:val="ru-RU"/>
        </w:rPr>
        <w:t>Работа с персональными данными сотрудников должна осуществляться с учётом действующих требований организации.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5. Порядок контроля и приёмки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Проверка готовой системы д</w:t>
      </w:r>
      <w:r w:rsidRPr="002E7C15">
        <w:rPr>
          <w:rFonts w:cs="Times New Roman"/>
          <w:szCs w:val="28"/>
          <w:lang w:val="ru-RU"/>
        </w:rPr>
        <w:t>олжна проводиться путём ручного и автоматизированного тестирования.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авторизации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Пользователь вводит корректные данные для входа.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Пользователь получает доступ к системе в соответствии со своей ролью. При вводе некорре</w:t>
      </w:r>
      <w:r w:rsidRPr="002E7C15">
        <w:rPr>
          <w:rFonts w:cs="Times New Roman"/>
          <w:szCs w:val="28"/>
          <w:lang w:val="ru-RU"/>
        </w:rPr>
        <w:t>ктных данных система должна вывести сообщение об ошибке и не предоставлять доступ.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добавления товара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Администратор добавляет новую номенклатуру и заполняет обязательные поля.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lastRenderedPageBreak/>
        <w:t>Ожидаемый результат: Новый товар появляется в справочнике и до</w:t>
      </w:r>
      <w:r w:rsidRPr="002E7C15">
        <w:rPr>
          <w:rFonts w:cs="Times New Roman"/>
          <w:szCs w:val="28"/>
          <w:lang w:val="ru-RU"/>
        </w:rPr>
        <w:t>ступен для поиска.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приёмки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Кладовщик оформляет приходную накладную и указывает поступившее количество товара.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После завершения операции количество товара увеличивается, а информация о партии и месте хранения сохраняе</w:t>
      </w:r>
      <w:r w:rsidRPr="002E7C15">
        <w:rPr>
          <w:rFonts w:cs="Times New Roman"/>
          <w:szCs w:val="28"/>
          <w:lang w:val="ru-RU"/>
        </w:rPr>
        <w:t>тся.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резервирования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Создаётся заказ на товар, имеющийся на складе.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Необходимое количество товара резервируется и становится недоступным для повторного резервирования.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перемещения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Действие: Кладовщик </w:t>
      </w:r>
      <w:r w:rsidRPr="002E7C15">
        <w:rPr>
          <w:rFonts w:cs="Times New Roman"/>
          <w:szCs w:val="28"/>
          <w:lang w:val="ru-RU"/>
        </w:rPr>
        <w:t>перемещает товар из одной ячейки в другую.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Система изменяет информацию о месте хранения и сохраняет операцию в истории.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отгрузки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Сотрудник завершает сборку и оформляет отгрузку заказа.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Ожидаемый результат: </w:t>
      </w:r>
      <w:r w:rsidRPr="002E7C15">
        <w:rPr>
          <w:rFonts w:cs="Times New Roman"/>
          <w:szCs w:val="28"/>
          <w:lang w:val="ru-RU"/>
        </w:rPr>
        <w:t>Отгруженное количество списывается с доступного остатка, а статус заказа изменяется.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списания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Сотрудник оформляет списание испорченного товара.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Ожидаемый результат: Количество товара уменьшается, причина списания сохраняется, а операция </w:t>
      </w:r>
      <w:r w:rsidRPr="002E7C15">
        <w:rPr>
          <w:rFonts w:cs="Times New Roman"/>
          <w:szCs w:val="28"/>
          <w:lang w:val="ru-RU"/>
        </w:rPr>
        <w:t>появляется в истории.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lastRenderedPageBreak/>
        <w:t>Проверка инвентаризации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Действие: Сотрудник вводит фактическое количество товара.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Система сравнивает фактический и учётный остатки и отображает выявленное расхождение.</w:t>
      </w:r>
    </w:p>
    <w:p w:rsidR="00A93D7B" w:rsidRPr="002E7C15" w:rsidRDefault="005648C1" w:rsidP="002E7C15">
      <w:pPr>
        <w:pStyle w:val="31"/>
        <w:ind w:firstLine="0"/>
        <w:rPr>
          <w:rFonts w:ascii="Times New Roman" w:hAnsi="Times New Roman" w:cs="Times New Roman"/>
          <w:szCs w:val="28"/>
          <w:lang w:val="ru-RU"/>
        </w:rPr>
      </w:pPr>
      <w:r w:rsidRPr="002E7C15">
        <w:rPr>
          <w:rFonts w:ascii="Times New Roman" w:hAnsi="Times New Roman" w:cs="Times New Roman"/>
          <w:szCs w:val="28"/>
          <w:lang w:val="ru-RU"/>
        </w:rPr>
        <w:t>Проверка отчётности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 xml:space="preserve">Действие: Пользователь с </w:t>
      </w:r>
      <w:r w:rsidRPr="002E7C15">
        <w:rPr>
          <w:rFonts w:cs="Times New Roman"/>
          <w:szCs w:val="28"/>
          <w:lang w:val="ru-RU"/>
        </w:rPr>
        <w:t>соответствующими правами формирует отчёт по остаткам.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Ожидаемый результат: Система формирует отчёт с актуальной информацией о товарах и их количестве.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Готовой система считается после успешного прохождения основных функциональных проверок и устранения выявл</w:t>
      </w:r>
      <w:r w:rsidRPr="002E7C15">
        <w:rPr>
          <w:rFonts w:cs="Times New Roman"/>
          <w:szCs w:val="28"/>
          <w:lang w:val="ru-RU"/>
        </w:rPr>
        <w:t>енных критических ошибок.</w:t>
      </w:r>
    </w:p>
    <w:p w:rsidR="00A93D7B" w:rsidRPr="002E7C15" w:rsidRDefault="005648C1" w:rsidP="002E7C15">
      <w:pPr>
        <w:pStyle w:val="1"/>
        <w:ind w:firstLine="0"/>
        <w:rPr>
          <w:rFonts w:ascii="Times New Roman" w:hAnsi="Times New Roman" w:cs="Times New Roman"/>
          <w:lang w:val="ru-RU"/>
        </w:rPr>
      </w:pPr>
      <w:r w:rsidRPr="002E7C15">
        <w:rPr>
          <w:rFonts w:ascii="Times New Roman" w:hAnsi="Times New Roman" w:cs="Times New Roman"/>
          <w:lang w:val="ru-RU"/>
        </w:rPr>
        <w:t>Вывод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В ходе лабораторной работы было разработано техническое задание на создание информационной системы управления складом «Склад-Учет».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В техническом задании были определены назначение и цели системы, категории пользователей, ос</w:t>
      </w:r>
      <w:r w:rsidRPr="002E7C15">
        <w:rPr>
          <w:rFonts w:cs="Times New Roman"/>
          <w:szCs w:val="28"/>
          <w:lang w:val="ru-RU"/>
        </w:rPr>
        <w:t>новные функциональные и нефункциональные требования, требования к хранимым данным и пользовательскому интерфейсу, а также технические и организационные ограничения.</w:t>
      </w:r>
    </w:p>
    <w:p w:rsidR="00A93D7B" w:rsidRPr="002E7C15" w:rsidRDefault="005648C1" w:rsidP="002E7C15">
      <w:pPr>
        <w:rPr>
          <w:rFonts w:cs="Times New Roman"/>
          <w:szCs w:val="28"/>
          <w:lang w:val="ru-RU"/>
        </w:rPr>
      </w:pPr>
      <w:r w:rsidRPr="002E7C15">
        <w:rPr>
          <w:rFonts w:cs="Times New Roman"/>
          <w:szCs w:val="28"/>
          <w:lang w:val="ru-RU"/>
        </w:rPr>
        <w:t>Разработанные требования основаны на результатах анализа предметной области, выполненного в</w:t>
      </w:r>
      <w:r w:rsidRPr="002E7C15">
        <w:rPr>
          <w:rFonts w:cs="Times New Roman"/>
          <w:szCs w:val="28"/>
          <w:lang w:val="ru-RU"/>
        </w:rPr>
        <w:t xml:space="preserve"> первой лабораторной работе. Создание единой информационной системы должно решить проблемы ручного учёта остатков, ошибок размещения и подбора товаров, дублирования заявок, отсутствия контроля статусов заказов, расхождений при инвентаризации и сложности фо</w:t>
      </w:r>
      <w:r w:rsidRPr="002E7C15">
        <w:rPr>
          <w:rFonts w:cs="Times New Roman"/>
          <w:szCs w:val="28"/>
          <w:lang w:val="ru-RU"/>
        </w:rPr>
        <w:t>рмирования отчётности.</w:t>
      </w:r>
    </w:p>
    <w:sectPr w:rsidR="00A93D7B" w:rsidRPr="002E7C15" w:rsidSect="00034616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8C1" w:rsidRDefault="005648C1">
      <w:pPr>
        <w:spacing w:after="0" w:line="240" w:lineRule="auto"/>
      </w:pPr>
      <w:r>
        <w:separator/>
      </w:r>
    </w:p>
  </w:endnote>
  <w:endnote w:type="continuationSeparator" w:id="0">
    <w:p w:rsidR="005648C1" w:rsidRDefault="0056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7B" w:rsidRDefault="005648C1">
    <w:pPr>
      <w:pStyle w:val="a7"/>
      <w:jc w:val="center"/>
    </w:pPr>
    <w:r>
      <w:fldChar w:fldCharType="begin"/>
    </w:r>
    <w:r>
      <w:instrText>PAGE</w:instrText>
    </w:r>
    <w:r w:rsidR="002E7C15">
      <w:fldChar w:fldCharType="separate"/>
    </w:r>
    <w:r w:rsidR="00983DAE"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8C1" w:rsidRDefault="005648C1">
      <w:pPr>
        <w:spacing w:after="0" w:line="240" w:lineRule="auto"/>
      </w:pPr>
      <w:r>
        <w:separator/>
      </w:r>
    </w:p>
  </w:footnote>
  <w:footnote w:type="continuationSeparator" w:id="0">
    <w:p w:rsidR="005648C1" w:rsidRDefault="00564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8755E"/>
    <w:multiLevelType w:val="hybridMultilevel"/>
    <w:tmpl w:val="AD1454C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0" w15:restartNumberingAfterBreak="0">
    <w:nsid w:val="0C597382"/>
    <w:multiLevelType w:val="hybridMultilevel"/>
    <w:tmpl w:val="02B081F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1" w15:restartNumberingAfterBreak="0">
    <w:nsid w:val="0C664F48"/>
    <w:multiLevelType w:val="hybridMultilevel"/>
    <w:tmpl w:val="6ADE575A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2" w15:restartNumberingAfterBreak="0">
    <w:nsid w:val="0F8F127C"/>
    <w:multiLevelType w:val="hybridMultilevel"/>
    <w:tmpl w:val="9BC8C24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3" w15:restartNumberingAfterBreak="0">
    <w:nsid w:val="19092C90"/>
    <w:multiLevelType w:val="hybridMultilevel"/>
    <w:tmpl w:val="B3CAC2E4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4" w15:restartNumberingAfterBreak="0">
    <w:nsid w:val="228A3AB6"/>
    <w:multiLevelType w:val="hybridMultilevel"/>
    <w:tmpl w:val="556C686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5" w15:restartNumberingAfterBreak="0">
    <w:nsid w:val="245E63C9"/>
    <w:multiLevelType w:val="hybridMultilevel"/>
    <w:tmpl w:val="DB1075A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6" w15:restartNumberingAfterBreak="0">
    <w:nsid w:val="269260DD"/>
    <w:multiLevelType w:val="hybridMultilevel"/>
    <w:tmpl w:val="9FD2B2F6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7" w15:restartNumberingAfterBreak="0">
    <w:nsid w:val="2A233AEC"/>
    <w:multiLevelType w:val="hybridMultilevel"/>
    <w:tmpl w:val="5ABC75B2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8" w15:restartNumberingAfterBreak="0">
    <w:nsid w:val="2B1805E3"/>
    <w:multiLevelType w:val="hybridMultilevel"/>
    <w:tmpl w:val="1E421BC2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9" w15:restartNumberingAfterBreak="0">
    <w:nsid w:val="2B452B55"/>
    <w:multiLevelType w:val="hybridMultilevel"/>
    <w:tmpl w:val="4470138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0" w15:restartNumberingAfterBreak="0">
    <w:nsid w:val="2BDB2CAD"/>
    <w:multiLevelType w:val="hybridMultilevel"/>
    <w:tmpl w:val="2BEC460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1" w15:restartNumberingAfterBreak="0">
    <w:nsid w:val="2CCE0798"/>
    <w:multiLevelType w:val="hybridMultilevel"/>
    <w:tmpl w:val="B4DE456C"/>
    <w:lvl w:ilvl="0" w:tplc="6180F550">
      <w:numFmt w:val="bullet"/>
      <w:lvlText w:val="•"/>
      <w:lvlJc w:val="left"/>
      <w:pPr>
        <w:ind w:left="7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2" w15:restartNumberingAfterBreak="0">
    <w:nsid w:val="2D2F2F6F"/>
    <w:multiLevelType w:val="hybridMultilevel"/>
    <w:tmpl w:val="D9DA1B8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3" w15:restartNumberingAfterBreak="0">
    <w:nsid w:val="2F092A38"/>
    <w:multiLevelType w:val="hybridMultilevel"/>
    <w:tmpl w:val="C5EECC7C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4" w15:restartNumberingAfterBreak="0">
    <w:nsid w:val="30E62BB2"/>
    <w:multiLevelType w:val="hybridMultilevel"/>
    <w:tmpl w:val="F790E8C6"/>
    <w:lvl w:ilvl="0" w:tplc="041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5" w15:restartNumberingAfterBreak="0">
    <w:nsid w:val="32215CA3"/>
    <w:multiLevelType w:val="hybridMultilevel"/>
    <w:tmpl w:val="4A0AE1B6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6" w15:restartNumberingAfterBreak="0">
    <w:nsid w:val="33853895"/>
    <w:multiLevelType w:val="hybridMultilevel"/>
    <w:tmpl w:val="D082B4A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7" w15:restartNumberingAfterBreak="0">
    <w:nsid w:val="4B320E2C"/>
    <w:multiLevelType w:val="hybridMultilevel"/>
    <w:tmpl w:val="C18E20A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8" w15:restartNumberingAfterBreak="0">
    <w:nsid w:val="50B455C7"/>
    <w:multiLevelType w:val="hybridMultilevel"/>
    <w:tmpl w:val="D25C898C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9" w15:restartNumberingAfterBreak="0">
    <w:nsid w:val="51CF2BBD"/>
    <w:multiLevelType w:val="hybridMultilevel"/>
    <w:tmpl w:val="850C8D44"/>
    <w:lvl w:ilvl="0" w:tplc="6180F550">
      <w:numFmt w:val="bullet"/>
      <w:lvlText w:val="•"/>
      <w:lvlJc w:val="left"/>
      <w:pPr>
        <w:ind w:left="7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30" w15:restartNumberingAfterBreak="0">
    <w:nsid w:val="52193DE1"/>
    <w:multiLevelType w:val="hybridMultilevel"/>
    <w:tmpl w:val="549659D6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1" w15:restartNumberingAfterBreak="0">
    <w:nsid w:val="547D115C"/>
    <w:multiLevelType w:val="hybridMultilevel"/>
    <w:tmpl w:val="5CD24E0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2" w15:restartNumberingAfterBreak="0">
    <w:nsid w:val="561661CF"/>
    <w:multiLevelType w:val="hybridMultilevel"/>
    <w:tmpl w:val="20049F32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3" w15:restartNumberingAfterBreak="0">
    <w:nsid w:val="59ED34ED"/>
    <w:multiLevelType w:val="hybridMultilevel"/>
    <w:tmpl w:val="6AD6EA2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4" w15:restartNumberingAfterBreak="0">
    <w:nsid w:val="5A3F78EB"/>
    <w:multiLevelType w:val="hybridMultilevel"/>
    <w:tmpl w:val="2F86727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5" w15:restartNumberingAfterBreak="0">
    <w:nsid w:val="5E9370A6"/>
    <w:multiLevelType w:val="hybridMultilevel"/>
    <w:tmpl w:val="C6AC5BEC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6" w15:restartNumberingAfterBreak="0">
    <w:nsid w:val="611943AC"/>
    <w:multiLevelType w:val="hybridMultilevel"/>
    <w:tmpl w:val="C24C85C8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7" w15:restartNumberingAfterBreak="0">
    <w:nsid w:val="64A31F88"/>
    <w:multiLevelType w:val="hybridMultilevel"/>
    <w:tmpl w:val="D0B8BE4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8" w15:restartNumberingAfterBreak="0">
    <w:nsid w:val="6BC65989"/>
    <w:multiLevelType w:val="hybridMultilevel"/>
    <w:tmpl w:val="59D22314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39" w15:restartNumberingAfterBreak="0">
    <w:nsid w:val="6D0D672E"/>
    <w:multiLevelType w:val="hybridMultilevel"/>
    <w:tmpl w:val="580AF7DC"/>
    <w:lvl w:ilvl="0" w:tplc="6180F550">
      <w:numFmt w:val="bullet"/>
      <w:lvlText w:val="•"/>
      <w:lvlJc w:val="left"/>
      <w:pPr>
        <w:ind w:left="7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74D6D"/>
    <w:multiLevelType w:val="hybridMultilevel"/>
    <w:tmpl w:val="2EEC8DD2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1" w15:restartNumberingAfterBreak="0">
    <w:nsid w:val="727A1512"/>
    <w:multiLevelType w:val="hybridMultilevel"/>
    <w:tmpl w:val="2A30CEE0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2" w15:restartNumberingAfterBreak="0">
    <w:nsid w:val="743E387C"/>
    <w:multiLevelType w:val="hybridMultilevel"/>
    <w:tmpl w:val="5AC6B724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3" w15:restartNumberingAfterBreak="0">
    <w:nsid w:val="76D471C2"/>
    <w:multiLevelType w:val="hybridMultilevel"/>
    <w:tmpl w:val="EAA8D7F6"/>
    <w:lvl w:ilvl="0" w:tplc="6180F550">
      <w:numFmt w:val="bullet"/>
      <w:lvlText w:val="•"/>
      <w:lvlJc w:val="left"/>
      <w:pPr>
        <w:ind w:left="10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29"/>
  </w:num>
  <w:num w:numId="12">
    <w:abstractNumId w:val="39"/>
  </w:num>
  <w:num w:numId="13">
    <w:abstractNumId w:val="21"/>
  </w:num>
  <w:num w:numId="14">
    <w:abstractNumId w:val="19"/>
  </w:num>
  <w:num w:numId="15">
    <w:abstractNumId w:val="31"/>
  </w:num>
  <w:num w:numId="16">
    <w:abstractNumId w:val="42"/>
  </w:num>
  <w:num w:numId="17">
    <w:abstractNumId w:val="16"/>
  </w:num>
  <w:num w:numId="18">
    <w:abstractNumId w:val="12"/>
  </w:num>
  <w:num w:numId="19">
    <w:abstractNumId w:val="34"/>
  </w:num>
  <w:num w:numId="20">
    <w:abstractNumId w:val="10"/>
  </w:num>
  <w:num w:numId="21">
    <w:abstractNumId w:val="35"/>
  </w:num>
  <w:num w:numId="22">
    <w:abstractNumId w:val="25"/>
  </w:num>
  <w:num w:numId="23">
    <w:abstractNumId w:val="30"/>
  </w:num>
  <w:num w:numId="24">
    <w:abstractNumId w:val="23"/>
  </w:num>
  <w:num w:numId="25">
    <w:abstractNumId w:val="9"/>
  </w:num>
  <w:num w:numId="26">
    <w:abstractNumId w:val="22"/>
  </w:num>
  <w:num w:numId="27">
    <w:abstractNumId w:val="20"/>
  </w:num>
  <w:num w:numId="28">
    <w:abstractNumId w:val="17"/>
  </w:num>
  <w:num w:numId="29">
    <w:abstractNumId w:val="41"/>
  </w:num>
  <w:num w:numId="30">
    <w:abstractNumId w:val="32"/>
  </w:num>
  <w:num w:numId="31">
    <w:abstractNumId w:val="26"/>
  </w:num>
  <w:num w:numId="32">
    <w:abstractNumId w:val="37"/>
  </w:num>
  <w:num w:numId="33">
    <w:abstractNumId w:val="33"/>
  </w:num>
  <w:num w:numId="34">
    <w:abstractNumId w:val="36"/>
  </w:num>
  <w:num w:numId="35">
    <w:abstractNumId w:val="15"/>
  </w:num>
  <w:num w:numId="36">
    <w:abstractNumId w:val="43"/>
  </w:num>
  <w:num w:numId="37">
    <w:abstractNumId w:val="11"/>
  </w:num>
  <w:num w:numId="38">
    <w:abstractNumId w:val="27"/>
  </w:num>
  <w:num w:numId="39">
    <w:abstractNumId w:val="14"/>
  </w:num>
  <w:num w:numId="40">
    <w:abstractNumId w:val="18"/>
  </w:num>
  <w:num w:numId="41">
    <w:abstractNumId w:val="13"/>
  </w:num>
  <w:num w:numId="42">
    <w:abstractNumId w:val="28"/>
  </w:num>
  <w:num w:numId="43">
    <w:abstractNumId w:val="3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36C3"/>
    <w:rsid w:val="0029639D"/>
    <w:rsid w:val="002D322B"/>
    <w:rsid w:val="002E7C15"/>
    <w:rsid w:val="00326F90"/>
    <w:rsid w:val="005648C1"/>
    <w:rsid w:val="00723322"/>
    <w:rsid w:val="00983DAE"/>
    <w:rsid w:val="00A93D7B"/>
    <w:rsid w:val="00AA1D8D"/>
    <w:rsid w:val="00AF525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D6F86"/>
  <w14:defaultImageDpi w14:val="300"/>
  <w15:docId w15:val="{3C70961D-EAB3-4BC8-A07E-97AEA884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line="36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D28A70-73CD-449A-9181-1ACFDD32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2143</Words>
  <Characters>12217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Студент</cp:lastModifiedBy>
  <cp:revision>5</cp:revision>
  <dcterms:created xsi:type="dcterms:W3CDTF">2013-12-23T23:15:00Z</dcterms:created>
  <dcterms:modified xsi:type="dcterms:W3CDTF">2026-09-16T08:18:00Z</dcterms:modified>
  <cp:category/>
</cp:coreProperties>
</file>